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7171" w14:textId="79747C5F" w:rsidR="00FC4688" w:rsidRPr="00E02C33" w:rsidRDefault="65204562" w:rsidP="124D263D">
      <w:pPr>
        <w:pStyle w:val="Heading1"/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Talentenkaart</w:t>
      </w:r>
      <w:r w:rsidR="21BB1C6C" w:rsidRPr="124D263D">
        <w:rPr>
          <w:rFonts w:ascii="Verdana" w:eastAsia="Verdana" w:hAnsi="Verdana" w:cs="Verdana"/>
          <w:sz w:val="20"/>
          <w:szCs w:val="20"/>
          <w:lang w:val="nl-NL"/>
        </w:rPr>
        <w:t>:</w:t>
      </w:r>
      <w:r w:rsidRPr="124D263D">
        <w:rPr>
          <w:rFonts w:ascii="Verdana" w:eastAsia="Verdana" w:hAnsi="Verdana" w:cs="Verdana"/>
          <w:sz w:val="20"/>
          <w:szCs w:val="20"/>
          <w:lang w:val="nl-NL"/>
        </w:rPr>
        <w:t xml:space="preserve"> Wat kun jij goed en wat waardeer je?</w:t>
      </w:r>
    </w:p>
    <w:p w14:paraId="3B5AF549" w14:textId="7C3AE051" w:rsidR="00FC4688" w:rsidRPr="00430EFF" w:rsidRDefault="65204562" w:rsidP="00430EFF">
      <w:pPr>
        <w:rPr>
          <w:rFonts w:ascii="Verdana" w:eastAsia="Verdana" w:hAnsi="Verdana" w:cs="Verdana"/>
          <w:sz w:val="20"/>
          <w:szCs w:val="20"/>
          <w:lang w:val="nl-NL"/>
        </w:rPr>
      </w:pPr>
      <w:r w:rsidRPr="00430EFF">
        <w:rPr>
          <w:rFonts w:ascii="Verdana" w:eastAsia="Verdana" w:hAnsi="Verdana" w:cs="Verdana"/>
          <w:sz w:val="20"/>
          <w:szCs w:val="20"/>
          <w:lang w:val="nl-NL"/>
        </w:rPr>
        <w:t xml:space="preserve">Bekijk de onderstaande talenten. Kruis per talent aan of je dit bij jezelf herkent en of je het bij anderen waardeert.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992"/>
        <w:gridCol w:w="992"/>
      </w:tblGrid>
      <w:tr w:rsidR="005916EC" w:rsidRPr="00E02C33" w14:paraId="0FE4C9DB" w14:textId="77777777" w:rsidTr="00864E51">
        <w:trPr>
          <w:cantSplit/>
          <w:trHeight w:val="1134"/>
        </w:trPr>
        <w:tc>
          <w:tcPr>
            <w:tcW w:w="3794" w:type="dxa"/>
          </w:tcPr>
          <w:p w14:paraId="6F9DAD53" w14:textId="77777777" w:rsidR="00FC4688" w:rsidRDefault="65204562" w:rsidP="124D263D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Talent</w:t>
            </w:r>
          </w:p>
          <w:p w14:paraId="5630B464" w14:textId="77777777" w:rsidR="00864E51" w:rsidRDefault="00864E51" w:rsidP="124D263D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</w:p>
          <w:p w14:paraId="053A5C98" w14:textId="77777777" w:rsidR="00864E51" w:rsidRDefault="00864E51" w:rsidP="124D263D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</w:p>
          <w:p w14:paraId="1299CD2C" w14:textId="77777777" w:rsidR="00864E51" w:rsidRDefault="00864E51" w:rsidP="124D263D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</w:p>
          <w:p w14:paraId="68F04DF1" w14:textId="77777777" w:rsidR="00864E51" w:rsidRDefault="00864E51" w:rsidP="124D263D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</w:p>
          <w:p w14:paraId="04033C40" w14:textId="77777777" w:rsidR="00864E51" w:rsidRDefault="00864E51" w:rsidP="124D263D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</w:p>
          <w:p w14:paraId="2B80C777" w14:textId="77777777" w:rsidR="00864E51" w:rsidRPr="00E02C33" w:rsidRDefault="00864E51" w:rsidP="124D263D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  <w:textDirection w:val="btLr"/>
          </w:tcPr>
          <w:p w14:paraId="0670E0D3" w14:textId="2C01F9DE" w:rsidR="00FC4688" w:rsidRPr="00E02C33" w:rsidRDefault="65204562" w:rsidP="00325E75">
            <w:pPr>
              <w:ind w:left="113" w:right="113"/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Ik waardeer dit bij anderen</w:t>
            </w:r>
          </w:p>
        </w:tc>
        <w:tc>
          <w:tcPr>
            <w:tcW w:w="992" w:type="dxa"/>
            <w:textDirection w:val="btLr"/>
          </w:tcPr>
          <w:p w14:paraId="336DA1CB" w14:textId="0FAE47B7" w:rsidR="00FC4688" w:rsidRPr="00E02C33" w:rsidRDefault="65204562" w:rsidP="00325E75">
            <w:pPr>
              <w:ind w:left="113" w:right="113"/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Ik heb dit talent</w:t>
            </w:r>
          </w:p>
        </w:tc>
      </w:tr>
      <w:tr w:rsidR="00851995" w:rsidRPr="00E02C33" w14:paraId="55131FF3" w14:textId="77777777" w:rsidTr="008702D3">
        <w:trPr>
          <w:trHeight w:val="305"/>
        </w:trPr>
        <w:tc>
          <w:tcPr>
            <w:tcW w:w="3794" w:type="dxa"/>
            <w:vAlign w:val="center"/>
          </w:tcPr>
          <w:p w14:paraId="5720999E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Luisteren naar anderen</w:t>
            </w:r>
          </w:p>
        </w:tc>
        <w:tc>
          <w:tcPr>
            <w:tcW w:w="992" w:type="dxa"/>
          </w:tcPr>
          <w:p w14:paraId="20A09870" w14:textId="346B100F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18B2320B" w14:textId="77777777" w:rsidR="00C14665" w:rsidRPr="00E02C33" w:rsidRDefault="00C14665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07369C34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7C70C725" w14:textId="77777777" w:rsidTr="00864E51">
        <w:tc>
          <w:tcPr>
            <w:tcW w:w="3794" w:type="dxa"/>
            <w:vAlign w:val="center"/>
          </w:tcPr>
          <w:p w14:paraId="59BD9BCC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Goed kunnen uitleggen</w:t>
            </w:r>
          </w:p>
        </w:tc>
        <w:tc>
          <w:tcPr>
            <w:tcW w:w="992" w:type="dxa"/>
          </w:tcPr>
          <w:p w14:paraId="6C695674" w14:textId="77777777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5A0EB7E0" w14:textId="77777777" w:rsidR="00C14665" w:rsidRPr="00E02C33" w:rsidRDefault="00C14665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01B0F341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3B85F014" w14:textId="77777777" w:rsidTr="00864E51">
        <w:tc>
          <w:tcPr>
            <w:tcW w:w="3794" w:type="dxa"/>
            <w:vAlign w:val="center"/>
          </w:tcPr>
          <w:p w14:paraId="0D94E20A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Creatief zijn</w:t>
            </w:r>
          </w:p>
        </w:tc>
        <w:tc>
          <w:tcPr>
            <w:tcW w:w="992" w:type="dxa"/>
          </w:tcPr>
          <w:p w14:paraId="00C8F100" w14:textId="77777777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23B04CF6" w14:textId="77777777" w:rsidR="00C14665" w:rsidRPr="00E02C33" w:rsidRDefault="00C14665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3D853D1A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5013CFAC" w14:textId="77777777" w:rsidTr="00864E51">
        <w:tc>
          <w:tcPr>
            <w:tcW w:w="3794" w:type="dxa"/>
            <w:vAlign w:val="center"/>
          </w:tcPr>
          <w:p w14:paraId="1C57FCBE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Geduldig zijn</w:t>
            </w:r>
          </w:p>
        </w:tc>
        <w:tc>
          <w:tcPr>
            <w:tcW w:w="992" w:type="dxa"/>
          </w:tcPr>
          <w:p w14:paraId="15799718" w14:textId="77777777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7687D7D1" w14:textId="77777777" w:rsidR="00C14665" w:rsidRPr="00E02C33" w:rsidRDefault="00C14665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546F621D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575DCD4F" w14:textId="77777777" w:rsidTr="00864E51">
        <w:tc>
          <w:tcPr>
            <w:tcW w:w="3794" w:type="dxa"/>
            <w:vAlign w:val="center"/>
          </w:tcPr>
          <w:p w14:paraId="2312CADC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Goed kunnen organiseren</w:t>
            </w:r>
          </w:p>
        </w:tc>
        <w:tc>
          <w:tcPr>
            <w:tcW w:w="992" w:type="dxa"/>
          </w:tcPr>
          <w:p w14:paraId="4A05121F" w14:textId="77777777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22FD1771" w14:textId="77777777" w:rsidR="001E6E96" w:rsidRPr="00E02C33" w:rsidRDefault="001E6E96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62790265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5C46CBE7" w14:textId="77777777" w:rsidTr="00864E51">
        <w:tc>
          <w:tcPr>
            <w:tcW w:w="3794" w:type="dxa"/>
            <w:vAlign w:val="center"/>
          </w:tcPr>
          <w:p w14:paraId="449A29C3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Technisch inzicht hebben</w:t>
            </w:r>
          </w:p>
        </w:tc>
        <w:tc>
          <w:tcPr>
            <w:tcW w:w="992" w:type="dxa"/>
          </w:tcPr>
          <w:p w14:paraId="55C70261" w14:textId="77777777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6941046A" w14:textId="77777777" w:rsidR="001E6E96" w:rsidRPr="00E02C33" w:rsidRDefault="001E6E96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7E5349E5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50E282B3" w14:textId="77777777" w:rsidTr="00864E51">
        <w:tc>
          <w:tcPr>
            <w:tcW w:w="3794" w:type="dxa"/>
            <w:vAlign w:val="center"/>
          </w:tcPr>
          <w:p w14:paraId="2309448C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Zorgzaam zijn</w:t>
            </w:r>
          </w:p>
        </w:tc>
        <w:tc>
          <w:tcPr>
            <w:tcW w:w="992" w:type="dxa"/>
          </w:tcPr>
          <w:p w14:paraId="4BF31175" w14:textId="77777777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35976A5A" w14:textId="77777777" w:rsidR="001E6E96" w:rsidRPr="00E02C33" w:rsidRDefault="001E6E96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0CD7E114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77DBD32B" w14:textId="77777777" w:rsidTr="00864E51">
        <w:tc>
          <w:tcPr>
            <w:tcW w:w="3794" w:type="dxa"/>
            <w:vAlign w:val="center"/>
          </w:tcPr>
          <w:p w14:paraId="2F2D18D6" w14:textId="0B13F142" w:rsidR="002F3DE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Goed kunnen samenwerken</w:t>
            </w:r>
          </w:p>
          <w:p w14:paraId="1CBCDCFA" w14:textId="53EB384B" w:rsidR="00746006" w:rsidRPr="00E02C33" w:rsidRDefault="00746006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14763565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15EB1D9D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37DEDFA9" w14:textId="77777777" w:rsidTr="00864E51">
        <w:tc>
          <w:tcPr>
            <w:tcW w:w="3794" w:type="dxa"/>
            <w:vAlign w:val="center"/>
          </w:tcPr>
          <w:p w14:paraId="47410F3C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Sportief zijn</w:t>
            </w:r>
          </w:p>
        </w:tc>
        <w:tc>
          <w:tcPr>
            <w:tcW w:w="992" w:type="dxa"/>
          </w:tcPr>
          <w:p w14:paraId="3E2E7C75" w14:textId="77777777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25F238F4" w14:textId="77777777" w:rsidR="001E6E96" w:rsidRPr="00E02C33" w:rsidRDefault="001E6E96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587FBF68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851995" w:rsidRPr="00E02C33" w14:paraId="70B17D94" w14:textId="77777777" w:rsidTr="00864E51">
        <w:tc>
          <w:tcPr>
            <w:tcW w:w="3794" w:type="dxa"/>
            <w:vAlign w:val="center"/>
          </w:tcPr>
          <w:p w14:paraId="7C3718ED" w14:textId="77777777" w:rsidR="00FC4688" w:rsidRPr="00E02C33" w:rsidRDefault="65204562" w:rsidP="00746006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Problemen oplossen</w:t>
            </w:r>
          </w:p>
        </w:tc>
        <w:tc>
          <w:tcPr>
            <w:tcW w:w="992" w:type="dxa"/>
          </w:tcPr>
          <w:p w14:paraId="1F285E3D" w14:textId="77777777" w:rsidR="00FC4688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68C447B0" w14:textId="77777777" w:rsidR="001E6E96" w:rsidRPr="00E02C33" w:rsidRDefault="001E6E96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92" w:type="dxa"/>
          </w:tcPr>
          <w:p w14:paraId="4CFF1410" w14:textId="77777777" w:rsidR="00FC4688" w:rsidRPr="00E02C33" w:rsidRDefault="00FC4688" w:rsidP="124D263D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</w:tbl>
    <w:p w14:paraId="78C9950C" w14:textId="77777777" w:rsidR="00191754" w:rsidRDefault="00191754" w:rsidP="124D263D"/>
    <w:p w14:paraId="7814104E" w14:textId="76F6CEE9" w:rsidR="00FC4688" w:rsidRPr="000B6778" w:rsidRDefault="2BAA427D" w:rsidP="000B6778">
      <w:pPr>
        <w:rPr>
          <w:rFonts w:ascii="Verdana" w:eastAsia="Verdana" w:hAnsi="Verdana" w:cs="Verdana"/>
          <w:sz w:val="20"/>
          <w:szCs w:val="20"/>
          <w:lang w:val="nl-NL"/>
        </w:rPr>
      </w:pPr>
      <w:r w:rsidRPr="000B6778">
        <w:rPr>
          <w:rFonts w:ascii="Verdana" w:eastAsia="Verdana" w:hAnsi="Verdana" w:cs="Verdana"/>
          <w:sz w:val="20"/>
          <w:szCs w:val="20"/>
          <w:lang w:val="nl-NL"/>
        </w:rPr>
        <w:t xml:space="preserve">Bedenk en noteer zelf ook </w:t>
      </w:r>
      <w:r w:rsidR="00B863CE">
        <w:rPr>
          <w:rFonts w:ascii="Verdana" w:eastAsia="Verdana" w:hAnsi="Verdana" w:cs="Verdana"/>
          <w:sz w:val="20"/>
          <w:szCs w:val="20"/>
          <w:lang w:val="nl-NL"/>
        </w:rPr>
        <w:t>3</w:t>
      </w:r>
      <w:r w:rsidRPr="000B6778">
        <w:rPr>
          <w:rFonts w:ascii="Verdana" w:eastAsia="Verdana" w:hAnsi="Verdana" w:cs="Verdana"/>
          <w:sz w:val="20"/>
          <w:szCs w:val="20"/>
          <w:lang w:val="nl-NL"/>
        </w:rPr>
        <w:t xml:space="preserve"> talenten. Schrijf daarna over één talent van iemand anders en één talent van jezelf dat je waardeert.</w:t>
      </w:r>
    </w:p>
    <w:p w14:paraId="0FF6EEBC" w14:textId="2DAF0E69" w:rsidR="00FC4688" w:rsidRDefault="00910CCD" w:rsidP="124D263D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1 </w:t>
      </w:r>
      <w:r w:rsidR="00FE5510">
        <w:rPr>
          <w:rFonts w:ascii="Verdana" w:eastAsia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……………………………………………………………………………………………………………………………………….</w:t>
      </w:r>
    </w:p>
    <w:p w14:paraId="19069174" w14:textId="68FEC84C" w:rsidR="00FE5510" w:rsidRDefault="00FE5510" w:rsidP="124D263D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2 ……………………………………………………………………………………………………………………………………….</w:t>
      </w:r>
    </w:p>
    <w:p w14:paraId="216FDEA9" w14:textId="7C26B2FD" w:rsidR="00FC4688" w:rsidRPr="00B863CE" w:rsidRDefault="00FE5510" w:rsidP="124D263D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3 ……………………………………………………………………………………………………………………………………….</w:t>
      </w:r>
    </w:p>
    <w:p w14:paraId="52FB400A" w14:textId="170D5B6B" w:rsidR="00FC4688" w:rsidRPr="00E02C33" w:rsidRDefault="65204562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Schrijf over een talent van iemand anders dat je waardeert:</w:t>
      </w:r>
    </w:p>
    <w:p w14:paraId="0BD49F65" w14:textId="77777777" w:rsidR="00FC4688" w:rsidRPr="00E02C33" w:rsidRDefault="65204562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....................................................................................................................</w:t>
      </w:r>
    </w:p>
    <w:p w14:paraId="1119D65C" w14:textId="77777777" w:rsidR="00AE42D7" w:rsidRPr="00E02C33" w:rsidRDefault="21BB1C6C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Schrijf over een talent dat jij hebt en waar je dankbaar voor bent:</w:t>
      </w:r>
    </w:p>
    <w:p w14:paraId="2741508E" w14:textId="77777777" w:rsidR="00AE42D7" w:rsidRPr="00E02C33" w:rsidRDefault="21BB1C6C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....................................................................................................................</w:t>
      </w:r>
    </w:p>
    <w:p w14:paraId="3C212D49" w14:textId="7BDBE3A4" w:rsidR="005C00BC" w:rsidRPr="00E02C33" w:rsidRDefault="22F1A5D2" w:rsidP="124D263D">
      <w:pPr>
        <w:pStyle w:val="Heading1"/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Motievenkaart – Waarom werk jij (straks)?</w:t>
      </w:r>
    </w:p>
    <w:p w14:paraId="5FD30C21" w14:textId="7EED11B7" w:rsidR="005C00BC" w:rsidRPr="00E02C33" w:rsidRDefault="22F1A5D2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 xml:space="preserve">Kijk naar de onderstaande arbeidsmotieven. Kruis per motief aan wat bij jou past. </w:t>
      </w:r>
      <w:r w:rsidR="6E62E02A" w:rsidRPr="124D263D">
        <w:rPr>
          <w:rFonts w:ascii="Verdana" w:eastAsia="Verdana" w:hAnsi="Verdana" w:cs="Verdana"/>
          <w:sz w:val="20"/>
          <w:szCs w:val="20"/>
          <w:lang w:val="nl-NL"/>
        </w:rPr>
        <w:t xml:space="preserve">Bedenk en noteer zelf ook 3 motieven. </w:t>
      </w:r>
      <w:r w:rsidRPr="124D263D">
        <w:rPr>
          <w:rFonts w:ascii="Verdana" w:eastAsia="Verdana" w:hAnsi="Verdana" w:cs="Verdana"/>
          <w:sz w:val="20"/>
          <w:szCs w:val="20"/>
          <w:lang w:val="nl-NL"/>
        </w:rPr>
        <w:t>Schrijf daarna bij twee motieven een korte uitleg waarom die belangrijk voor je zijn.</w:t>
      </w:r>
    </w:p>
    <w:tbl>
      <w:tblPr>
        <w:tblStyle w:val="TableGrid"/>
        <w:tblW w:w="7621" w:type="dxa"/>
        <w:tblLook w:val="04A0" w:firstRow="1" w:lastRow="0" w:firstColumn="1" w:lastColumn="0" w:noHBand="0" w:noVBand="1"/>
      </w:tblPr>
      <w:tblGrid>
        <w:gridCol w:w="3857"/>
        <w:gridCol w:w="964"/>
        <w:gridCol w:w="964"/>
        <w:gridCol w:w="964"/>
        <w:gridCol w:w="872"/>
      </w:tblGrid>
      <w:tr w:rsidR="00243337" w:rsidRPr="00E02C33" w14:paraId="37D78C5A" w14:textId="77777777" w:rsidTr="00851995">
        <w:trPr>
          <w:cantSplit/>
          <w:trHeight w:val="1795"/>
        </w:trPr>
        <w:tc>
          <w:tcPr>
            <w:tcW w:w="3857" w:type="dxa"/>
          </w:tcPr>
          <w:p w14:paraId="3E853A2F" w14:textId="77777777" w:rsidR="005C00BC" w:rsidRPr="00E02C33" w:rsidRDefault="22F1A5D2" w:rsidP="124D263D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Arbeidsmotief</w:t>
            </w:r>
          </w:p>
        </w:tc>
        <w:tc>
          <w:tcPr>
            <w:tcW w:w="964" w:type="dxa"/>
            <w:textDirection w:val="btLr"/>
          </w:tcPr>
          <w:p w14:paraId="18160201" w14:textId="05FAC52A" w:rsidR="005C00BC" w:rsidRPr="00E02C33" w:rsidRDefault="22F1A5D2" w:rsidP="005916EC">
            <w:pPr>
              <w:ind w:left="113" w:right="113"/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Heel belangrijk</w:t>
            </w:r>
          </w:p>
        </w:tc>
        <w:tc>
          <w:tcPr>
            <w:tcW w:w="964" w:type="dxa"/>
            <w:textDirection w:val="btLr"/>
          </w:tcPr>
          <w:p w14:paraId="1F57AD8B" w14:textId="1332CFCF" w:rsidR="005C00BC" w:rsidRPr="00E02C33" w:rsidRDefault="22F1A5D2" w:rsidP="005916EC">
            <w:pPr>
              <w:ind w:left="113" w:right="113"/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Wel belangrijk</w:t>
            </w:r>
          </w:p>
        </w:tc>
        <w:tc>
          <w:tcPr>
            <w:tcW w:w="964" w:type="dxa"/>
            <w:textDirection w:val="btLr"/>
          </w:tcPr>
          <w:p w14:paraId="01A9646C" w14:textId="7E2FC798" w:rsidR="005C00BC" w:rsidRPr="00E02C33" w:rsidRDefault="22F1A5D2" w:rsidP="005916EC">
            <w:pPr>
              <w:ind w:left="113" w:right="113"/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Niet belangrijk</w:t>
            </w:r>
          </w:p>
        </w:tc>
        <w:tc>
          <w:tcPr>
            <w:tcW w:w="872" w:type="dxa"/>
            <w:textDirection w:val="btLr"/>
          </w:tcPr>
          <w:p w14:paraId="5A7E3C2E" w14:textId="5714F613" w:rsidR="005C00BC" w:rsidRPr="00E02C33" w:rsidRDefault="22F1A5D2" w:rsidP="005916EC">
            <w:pPr>
              <w:ind w:left="113" w:right="113"/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Helemaal niet</w:t>
            </w:r>
            <w:r w:rsidR="39C411DA"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124D263D">
              <w:rPr>
                <w:rFonts w:ascii="Verdana" w:eastAsia="Verdana" w:hAnsi="Verdana" w:cs="Verdana"/>
                <w:b/>
                <w:bCs/>
                <w:sz w:val="20"/>
                <w:szCs w:val="20"/>
                <w:lang w:val="nl-NL"/>
              </w:rPr>
              <w:t>belangrijk</w:t>
            </w:r>
          </w:p>
        </w:tc>
      </w:tr>
      <w:tr w:rsidR="00243337" w:rsidRPr="00E02C33" w14:paraId="66C32068" w14:textId="77777777" w:rsidTr="00851995">
        <w:trPr>
          <w:cantSplit/>
          <w:trHeight w:val="558"/>
        </w:trPr>
        <w:tc>
          <w:tcPr>
            <w:tcW w:w="3857" w:type="dxa"/>
            <w:vAlign w:val="center"/>
          </w:tcPr>
          <w:p w14:paraId="63301D41" w14:textId="77777777" w:rsidR="005C00BC" w:rsidRPr="00E02C33" w:rsidRDefault="22F1A5D2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1. Geld verdienen</w:t>
            </w:r>
          </w:p>
        </w:tc>
        <w:tc>
          <w:tcPr>
            <w:tcW w:w="964" w:type="dxa"/>
            <w:textDirection w:val="btLr"/>
            <w:vAlign w:val="center"/>
          </w:tcPr>
          <w:p w14:paraId="47DF282B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5714E67E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57DB46B0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1233C2C1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197E860D" w14:textId="77777777" w:rsidTr="00851995">
        <w:trPr>
          <w:cantSplit/>
          <w:trHeight w:val="836"/>
        </w:trPr>
        <w:tc>
          <w:tcPr>
            <w:tcW w:w="3857" w:type="dxa"/>
            <w:vAlign w:val="center"/>
          </w:tcPr>
          <w:p w14:paraId="66BF1BC2" w14:textId="77777777" w:rsidR="005C00BC" w:rsidRPr="00E02C33" w:rsidRDefault="22F1A5D2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2. Waardering krijgen van anderen</w:t>
            </w:r>
          </w:p>
        </w:tc>
        <w:tc>
          <w:tcPr>
            <w:tcW w:w="964" w:type="dxa"/>
            <w:textDirection w:val="btLr"/>
            <w:vAlign w:val="center"/>
          </w:tcPr>
          <w:p w14:paraId="4C98C37B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1B903601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0674828F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3EC15249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110AE7BB" w14:textId="77777777" w:rsidTr="00CB6E3A">
        <w:trPr>
          <w:cantSplit/>
          <w:trHeight w:val="565"/>
        </w:trPr>
        <w:tc>
          <w:tcPr>
            <w:tcW w:w="3857" w:type="dxa"/>
            <w:vAlign w:val="center"/>
          </w:tcPr>
          <w:p w14:paraId="25E957CC" w14:textId="77777777" w:rsidR="005C00BC" w:rsidRPr="00E02C33" w:rsidRDefault="22F1A5D2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3. Je talenten ontwikkelen</w:t>
            </w:r>
          </w:p>
        </w:tc>
        <w:tc>
          <w:tcPr>
            <w:tcW w:w="964" w:type="dxa"/>
            <w:textDirection w:val="btLr"/>
            <w:vAlign w:val="center"/>
          </w:tcPr>
          <w:p w14:paraId="03D9F3FF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5B722AAB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45DBC254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1ABAF30D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7D31D6F2" w14:textId="77777777" w:rsidTr="00CB6E3A">
        <w:trPr>
          <w:cantSplit/>
          <w:trHeight w:val="700"/>
        </w:trPr>
        <w:tc>
          <w:tcPr>
            <w:tcW w:w="3857" w:type="dxa"/>
            <w:vAlign w:val="center"/>
          </w:tcPr>
          <w:p w14:paraId="6A68B8A3" w14:textId="77777777" w:rsidR="005C00BC" w:rsidRPr="00E02C33" w:rsidRDefault="22F1A5D2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4. Iets betekenen voor anderen</w:t>
            </w:r>
          </w:p>
        </w:tc>
        <w:tc>
          <w:tcPr>
            <w:tcW w:w="964" w:type="dxa"/>
            <w:textDirection w:val="btLr"/>
            <w:vAlign w:val="center"/>
          </w:tcPr>
          <w:p w14:paraId="4E803EE6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28F9D6CC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13B21067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312BED0D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3D263CC3" w14:textId="77777777" w:rsidTr="00CB6E3A">
        <w:trPr>
          <w:cantSplit/>
          <w:trHeight w:val="696"/>
        </w:trPr>
        <w:tc>
          <w:tcPr>
            <w:tcW w:w="3857" w:type="dxa"/>
            <w:vAlign w:val="center"/>
          </w:tcPr>
          <w:p w14:paraId="7C101033" w14:textId="77777777" w:rsidR="005C00BC" w:rsidRPr="00E02C33" w:rsidRDefault="22F1A5D2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5. Ritme en regelmaat in je dag</w:t>
            </w:r>
          </w:p>
        </w:tc>
        <w:tc>
          <w:tcPr>
            <w:tcW w:w="964" w:type="dxa"/>
            <w:textDirection w:val="btLr"/>
            <w:vAlign w:val="center"/>
          </w:tcPr>
          <w:p w14:paraId="0F4A7256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3610FFD2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4532E611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4CB0FEA7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0F11B8F7" w14:textId="77777777" w:rsidTr="00CB6E3A">
        <w:trPr>
          <w:cantSplit/>
          <w:trHeight w:val="692"/>
        </w:trPr>
        <w:tc>
          <w:tcPr>
            <w:tcW w:w="3857" w:type="dxa"/>
            <w:vAlign w:val="center"/>
          </w:tcPr>
          <w:p w14:paraId="7EF5D47C" w14:textId="77777777" w:rsidR="005C00BC" w:rsidRPr="00E02C33" w:rsidRDefault="22F1A5D2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6. Contacten met andere mensen</w:t>
            </w:r>
          </w:p>
        </w:tc>
        <w:tc>
          <w:tcPr>
            <w:tcW w:w="964" w:type="dxa"/>
            <w:textDirection w:val="btLr"/>
            <w:vAlign w:val="center"/>
          </w:tcPr>
          <w:p w14:paraId="37E59C79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7EB09882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57D7A92A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07818681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6BBDCC25" w14:textId="77777777" w:rsidTr="00CB6E3A">
        <w:trPr>
          <w:cantSplit/>
          <w:trHeight w:val="688"/>
        </w:trPr>
        <w:tc>
          <w:tcPr>
            <w:tcW w:w="3857" w:type="dxa"/>
            <w:vAlign w:val="center"/>
          </w:tcPr>
          <w:p w14:paraId="35F194C0" w14:textId="77777777" w:rsidR="005C00BC" w:rsidRPr="00E02C33" w:rsidRDefault="22F1A5D2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  <w:r w:rsidRPr="124D263D">
              <w:rPr>
                <w:rFonts w:ascii="Verdana" w:eastAsia="Verdana" w:hAnsi="Verdana" w:cs="Verdana"/>
                <w:sz w:val="20"/>
                <w:szCs w:val="20"/>
                <w:lang w:val="nl-NL"/>
              </w:rPr>
              <w:t>7. Je werk doen tot eer van God</w:t>
            </w:r>
          </w:p>
        </w:tc>
        <w:tc>
          <w:tcPr>
            <w:tcW w:w="964" w:type="dxa"/>
            <w:textDirection w:val="btLr"/>
            <w:vAlign w:val="center"/>
          </w:tcPr>
          <w:p w14:paraId="0FE46C5C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491DBA65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14849EA5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3EC6CD46" w14:textId="77777777" w:rsidR="005C00BC" w:rsidRPr="00E02C33" w:rsidRDefault="005C00B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6E9206B7" w14:textId="77777777" w:rsidTr="00CB6E3A">
        <w:trPr>
          <w:cantSplit/>
          <w:trHeight w:val="570"/>
        </w:trPr>
        <w:tc>
          <w:tcPr>
            <w:tcW w:w="3857" w:type="dxa"/>
            <w:vAlign w:val="center"/>
          </w:tcPr>
          <w:p w14:paraId="65FC9ADC" w14:textId="77777777" w:rsidR="00551B1C" w:rsidRPr="003F1F58" w:rsidRDefault="00551B1C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4CF04A39" w14:textId="77777777" w:rsidR="00551B1C" w:rsidRPr="00E02C33" w:rsidRDefault="00551B1C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395C4F9D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25670AE2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7D195990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508DE4DE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26ACD015" w14:textId="77777777" w:rsidTr="003062C0">
        <w:trPr>
          <w:cantSplit/>
          <w:trHeight w:val="550"/>
        </w:trPr>
        <w:tc>
          <w:tcPr>
            <w:tcW w:w="3857" w:type="dxa"/>
            <w:vAlign w:val="center"/>
          </w:tcPr>
          <w:p w14:paraId="414305D6" w14:textId="77777777" w:rsidR="00551B1C" w:rsidRDefault="00551B1C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7739405B" w14:textId="77777777" w:rsidR="00551B1C" w:rsidRPr="00E02C33" w:rsidRDefault="00551B1C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6A66DD44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07435D70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3E643C19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26625D94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  <w:tr w:rsidR="00243337" w:rsidRPr="00E02C33" w14:paraId="19F3E859" w14:textId="77777777" w:rsidTr="00B63F78">
        <w:trPr>
          <w:cantSplit/>
          <w:trHeight w:val="558"/>
        </w:trPr>
        <w:tc>
          <w:tcPr>
            <w:tcW w:w="3857" w:type="dxa"/>
            <w:vAlign w:val="center"/>
          </w:tcPr>
          <w:p w14:paraId="18A671CE" w14:textId="77777777" w:rsidR="00551B1C" w:rsidRDefault="00551B1C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  <w:p w14:paraId="516D8031" w14:textId="77777777" w:rsidR="00551B1C" w:rsidRPr="00E02C33" w:rsidRDefault="00551B1C" w:rsidP="00851995">
            <w:pPr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70DBB4DC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37B64CB1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67A8E403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textDirection w:val="btLr"/>
            <w:vAlign w:val="center"/>
          </w:tcPr>
          <w:p w14:paraId="55402C64" w14:textId="77777777" w:rsidR="00551B1C" w:rsidRPr="00E02C33" w:rsidRDefault="00551B1C" w:rsidP="00851995">
            <w:pPr>
              <w:ind w:left="113" w:right="113"/>
              <w:rPr>
                <w:rFonts w:ascii="Verdana" w:eastAsia="Verdana" w:hAnsi="Verdana" w:cs="Verdana"/>
                <w:sz w:val="20"/>
                <w:szCs w:val="20"/>
                <w:lang w:val="nl-NL"/>
              </w:rPr>
            </w:pPr>
          </w:p>
        </w:tc>
      </w:tr>
    </w:tbl>
    <w:p w14:paraId="6B4D9FD9" w14:textId="77777777" w:rsidR="005C00BC" w:rsidRPr="00E02C33" w:rsidRDefault="00155D5A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>
        <w:br/>
      </w:r>
      <w:r w:rsidR="22F1A5D2" w:rsidRPr="124D263D">
        <w:rPr>
          <w:rFonts w:ascii="Verdana" w:eastAsia="Verdana" w:hAnsi="Verdana" w:cs="Verdana"/>
          <w:sz w:val="20"/>
          <w:szCs w:val="20"/>
          <w:lang w:val="nl-NL"/>
        </w:rPr>
        <w:t>Kies twee motieven uit en leg uit waarom deze voor jou belangrijk zijn:</w:t>
      </w:r>
    </w:p>
    <w:p w14:paraId="1FFE6AF1" w14:textId="1A12675B" w:rsidR="00E02C33" w:rsidRPr="00E02C33" w:rsidRDefault="7EE8F619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1. ....................................................................................................................</w:t>
      </w:r>
    </w:p>
    <w:p w14:paraId="7E5971D2" w14:textId="008D1142" w:rsidR="00E02C33" w:rsidRPr="00E02C33" w:rsidRDefault="7EE8F619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....................................................................................................................</w:t>
      </w:r>
      <w:r w:rsidR="00CC99E4" w:rsidRPr="124D263D">
        <w:rPr>
          <w:rFonts w:ascii="Verdana" w:eastAsia="Verdana" w:hAnsi="Verdana" w:cs="Verdana"/>
          <w:sz w:val="20"/>
          <w:szCs w:val="20"/>
          <w:lang w:val="nl-NL"/>
        </w:rPr>
        <w:t>..</w:t>
      </w:r>
    </w:p>
    <w:p w14:paraId="055A2B64" w14:textId="06E9D38A" w:rsidR="00551B1C" w:rsidRPr="00E02C33" w:rsidRDefault="6832A92D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2. ....................................................................................................................</w:t>
      </w:r>
    </w:p>
    <w:p w14:paraId="7888CB45" w14:textId="0E77258D" w:rsidR="005C00BC" w:rsidRPr="00E02C33" w:rsidRDefault="6832A92D" w:rsidP="124D263D">
      <w:pPr>
        <w:rPr>
          <w:rFonts w:ascii="Verdana" w:eastAsia="Verdana" w:hAnsi="Verdana" w:cs="Verdana"/>
          <w:sz w:val="20"/>
          <w:szCs w:val="20"/>
          <w:lang w:val="nl-NL"/>
        </w:rPr>
      </w:pPr>
      <w:r w:rsidRPr="124D263D">
        <w:rPr>
          <w:rFonts w:ascii="Verdana" w:eastAsia="Verdana" w:hAnsi="Verdana" w:cs="Verdana"/>
          <w:sz w:val="20"/>
          <w:szCs w:val="20"/>
          <w:lang w:val="nl-NL"/>
        </w:rPr>
        <w:t>......................................................................................................................</w:t>
      </w:r>
    </w:p>
    <w:sectPr w:rsidR="005C00BC" w:rsidRPr="00E02C3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6F77F6"/>
    <w:multiLevelType w:val="hybridMultilevel"/>
    <w:tmpl w:val="BD0E3C78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A12F9"/>
    <w:multiLevelType w:val="hybridMultilevel"/>
    <w:tmpl w:val="36583630"/>
    <w:lvl w:ilvl="0" w:tplc="04130015">
      <w:start w:val="1"/>
      <w:numFmt w:val="upperLetter"/>
      <w:lvlText w:val="%1."/>
      <w:lvlJc w:val="left"/>
      <w:pPr>
        <w:ind w:left="788" w:hanging="360"/>
      </w:pPr>
    </w:lvl>
    <w:lvl w:ilvl="1" w:tplc="04130019" w:tentative="1">
      <w:start w:val="1"/>
      <w:numFmt w:val="lowerLetter"/>
      <w:lvlText w:val="%2."/>
      <w:lvlJc w:val="left"/>
      <w:pPr>
        <w:ind w:left="1508" w:hanging="360"/>
      </w:pPr>
    </w:lvl>
    <w:lvl w:ilvl="2" w:tplc="0413001B" w:tentative="1">
      <w:start w:val="1"/>
      <w:numFmt w:val="lowerRoman"/>
      <w:lvlText w:val="%3."/>
      <w:lvlJc w:val="right"/>
      <w:pPr>
        <w:ind w:left="2228" w:hanging="180"/>
      </w:pPr>
    </w:lvl>
    <w:lvl w:ilvl="3" w:tplc="0413000F" w:tentative="1">
      <w:start w:val="1"/>
      <w:numFmt w:val="decimal"/>
      <w:lvlText w:val="%4."/>
      <w:lvlJc w:val="left"/>
      <w:pPr>
        <w:ind w:left="2948" w:hanging="360"/>
      </w:pPr>
    </w:lvl>
    <w:lvl w:ilvl="4" w:tplc="04130019" w:tentative="1">
      <w:start w:val="1"/>
      <w:numFmt w:val="lowerLetter"/>
      <w:lvlText w:val="%5."/>
      <w:lvlJc w:val="left"/>
      <w:pPr>
        <w:ind w:left="3668" w:hanging="360"/>
      </w:pPr>
    </w:lvl>
    <w:lvl w:ilvl="5" w:tplc="0413001B" w:tentative="1">
      <w:start w:val="1"/>
      <w:numFmt w:val="lowerRoman"/>
      <w:lvlText w:val="%6."/>
      <w:lvlJc w:val="right"/>
      <w:pPr>
        <w:ind w:left="4388" w:hanging="180"/>
      </w:pPr>
    </w:lvl>
    <w:lvl w:ilvl="6" w:tplc="0413000F" w:tentative="1">
      <w:start w:val="1"/>
      <w:numFmt w:val="decimal"/>
      <w:lvlText w:val="%7."/>
      <w:lvlJc w:val="left"/>
      <w:pPr>
        <w:ind w:left="5108" w:hanging="360"/>
      </w:pPr>
    </w:lvl>
    <w:lvl w:ilvl="7" w:tplc="04130019" w:tentative="1">
      <w:start w:val="1"/>
      <w:numFmt w:val="lowerLetter"/>
      <w:lvlText w:val="%8."/>
      <w:lvlJc w:val="left"/>
      <w:pPr>
        <w:ind w:left="5828" w:hanging="360"/>
      </w:pPr>
    </w:lvl>
    <w:lvl w:ilvl="8" w:tplc="0413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1" w15:restartNumberingAfterBreak="0">
    <w:nsid w:val="5B175C48"/>
    <w:multiLevelType w:val="hybridMultilevel"/>
    <w:tmpl w:val="200EFD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97130">
    <w:abstractNumId w:val="5"/>
  </w:num>
  <w:num w:numId="2" w16cid:durableId="1595551290">
    <w:abstractNumId w:val="3"/>
  </w:num>
  <w:num w:numId="3" w16cid:durableId="1623222803">
    <w:abstractNumId w:val="2"/>
  </w:num>
  <w:num w:numId="4" w16cid:durableId="1643608988">
    <w:abstractNumId w:val="0"/>
  </w:num>
  <w:num w:numId="5" w16cid:durableId="511146894">
    <w:abstractNumId w:val="1"/>
  </w:num>
  <w:num w:numId="6" w16cid:durableId="63190117">
    <w:abstractNumId w:val="4"/>
  </w:num>
  <w:num w:numId="7" w16cid:durableId="656419238">
    <w:abstractNumId w:val="6"/>
  </w:num>
  <w:num w:numId="8" w16cid:durableId="657657214">
    <w:abstractNumId w:val="8"/>
  </w:num>
  <w:num w:numId="9" w16cid:durableId="755638625">
    <w:abstractNumId w:val="7"/>
  </w:num>
  <w:num w:numId="10" w16cid:durableId="920258118">
    <w:abstractNumId w:val="11"/>
  </w:num>
  <w:num w:numId="11" w16cid:durableId="555943049">
    <w:abstractNumId w:val="9"/>
  </w:num>
  <w:num w:numId="12" w16cid:durableId="6764222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EAE"/>
    <w:rsid w:val="00034616"/>
    <w:rsid w:val="00041C96"/>
    <w:rsid w:val="0006063C"/>
    <w:rsid w:val="000B6778"/>
    <w:rsid w:val="000C2EE9"/>
    <w:rsid w:val="000E60C6"/>
    <w:rsid w:val="000F3A5F"/>
    <w:rsid w:val="00112EAD"/>
    <w:rsid w:val="00127FF1"/>
    <w:rsid w:val="0015074B"/>
    <w:rsid w:val="0015578B"/>
    <w:rsid w:val="00155D5A"/>
    <w:rsid w:val="001754D2"/>
    <w:rsid w:val="00181CB6"/>
    <w:rsid w:val="00191754"/>
    <w:rsid w:val="001C3AE7"/>
    <w:rsid w:val="001E6E96"/>
    <w:rsid w:val="001F79BE"/>
    <w:rsid w:val="00243337"/>
    <w:rsid w:val="00281E4C"/>
    <w:rsid w:val="0029639D"/>
    <w:rsid w:val="002F3DE3"/>
    <w:rsid w:val="003062C0"/>
    <w:rsid w:val="00325E75"/>
    <w:rsid w:val="00326F90"/>
    <w:rsid w:val="00397753"/>
    <w:rsid w:val="003A3779"/>
    <w:rsid w:val="003C7AA4"/>
    <w:rsid w:val="003D0C3C"/>
    <w:rsid w:val="003F1F58"/>
    <w:rsid w:val="00430EFF"/>
    <w:rsid w:val="004354D7"/>
    <w:rsid w:val="004441A6"/>
    <w:rsid w:val="004600F1"/>
    <w:rsid w:val="00465011"/>
    <w:rsid w:val="0053189A"/>
    <w:rsid w:val="00551B1C"/>
    <w:rsid w:val="005916EC"/>
    <w:rsid w:val="005C00BC"/>
    <w:rsid w:val="005C1A2A"/>
    <w:rsid w:val="0064308F"/>
    <w:rsid w:val="0067509C"/>
    <w:rsid w:val="00677313"/>
    <w:rsid w:val="00682ACC"/>
    <w:rsid w:val="006C7951"/>
    <w:rsid w:val="0070798A"/>
    <w:rsid w:val="00746006"/>
    <w:rsid w:val="00774A02"/>
    <w:rsid w:val="0077763F"/>
    <w:rsid w:val="007B646D"/>
    <w:rsid w:val="0084283D"/>
    <w:rsid w:val="00851995"/>
    <w:rsid w:val="00853C4C"/>
    <w:rsid w:val="00864E51"/>
    <w:rsid w:val="008702D3"/>
    <w:rsid w:val="008A27D9"/>
    <w:rsid w:val="00910CCD"/>
    <w:rsid w:val="00993BAF"/>
    <w:rsid w:val="009A0771"/>
    <w:rsid w:val="00A52C66"/>
    <w:rsid w:val="00AA0750"/>
    <w:rsid w:val="00AA1D8D"/>
    <w:rsid w:val="00AB0ED2"/>
    <w:rsid w:val="00AC34AA"/>
    <w:rsid w:val="00AE42D7"/>
    <w:rsid w:val="00AF2EDD"/>
    <w:rsid w:val="00B23D4B"/>
    <w:rsid w:val="00B47730"/>
    <w:rsid w:val="00B63F78"/>
    <w:rsid w:val="00B77B48"/>
    <w:rsid w:val="00B863CE"/>
    <w:rsid w:val="00BB6146"/>
    <w:rsid w:val="00BF060F"/>
    <w:rsid w:val="00C12E08"/>
    <w:rsid w:val="00C14665"/>
    <w:rsid w:val="00C15881"/>
    <w:rsid w:val="00C778C1"/>
    <w:rsid w:val="00CB0664"/>
    <w:rsid w:val="00CB6E3A"/>
    <w:rsid w:val="00CC99E4"/>
    <w:rsid w:val="00D41A42"/>
    <w:rsid w:val="00D4409D"/>
    <w:rsid w:val="00D944F1"/>
    <w:rsid w:val="00E02C33"/>
    <w:rsid w:val="00E063C5"/>
    <w:rsid w:val="00EB4458"/>
    <w:rsid w:val="00FA4CD0"/>
    <w:rsid w:val="00FC4688"/>
    <w:rsid w:val="00FC693F"/>
    <w:rsid w:val="00FD1BBC"/>
    <w:rsid w:val="00FE4ECF"/>
    <w:rsid w:val="00FE5510"/>
    <w:rsid w:val="10825C43"/>
    <w:rsid w:val="124D263D"/>
    <w:rsid w:val="21BB1C6C"/>
    <w:rsid w:val="22F1A5D2"/>
    <w:rsid w:val="2BAA427D"/>
    <w:rsid w:val="381B1F28"/>
    <w:rsid w:val="39C411DA"/>
    <w:rsid w:val="65204562"/>
    <w:rsid w:val="6832A92D"/>
    <w:rsid w:val="69FF87D8"/>
    <w:rsid w:val="6E62E02A"/>
    <w:rsid w:val="7EE8F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E6FFF7"/>
  <w14:defaultImageDpi w14:val="300"/>
  <w15:docId w15:val="{D3CA0ED5-9F72-46F7-9A95-7FF417FA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DC0113-5329-450C-9861-D292DFD30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AFD213-1C3C-4A85-A133-4FCA1AFA39BE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3538D6-6861-4589-9D9E-3D882E3AD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338</Words>
  <Characters>1932</Characters>
  <Application>Microsoft Office Word</Application>
  <DocSecurity>4</DocSecurity>
  <Lines>16</Lines>
  <Paragraphs>4</Paragraphs>
  <ScaleCrop>false</ScaleCrop>
  <Manager/>
  <Company/>
  <LinksUpToDate>false</LinksUpToDate>
  <CharactersWithSpaces>2266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T.A. Verhoef</cp:lastModifiedBy>
  <cp:revision>89</cp:revision>
  <dcterms:created xsi:type="dcterms:W3CDTF">2025-06-02T09:39:00Z</dcterms:created>
  <dcterms:modified xsi:type="dcterms:W3CDTF">2026-04-13T09:00:00Z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